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זירת הדיבייט – מתווכחים בכבוד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הזירה ומבנה הטיעון (טענה, נימוק, ראיה, דוגמה, מענה)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התנהגות מכבדת בוויכוח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טיעון ומענה על נושא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הזירה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מגרילים נושא וצד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טענה, נימוק, ראיה, דוגמה ומענה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4 או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חימום, העמקה ורפלקציה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הכלל הוא ההפך - מתווכחים על רעיונות ולא על אנשים.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אחד משלושת כללי הזירה.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אחד משלושת כללי הזירה.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בזירה יש תפקידים כמו נואמים, שופטים ושומרי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טיימר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(הרעיון המרכזי שרוצים לשכנע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(הסבר למה הטענה נכונה)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(מידע או נתון שתומך בטענה)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(מקרה אמיתי שממחיש את הטענה)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(תגובה לטיעון של הצד השני)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הדיון בזירה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מגרילים נושא וצד לדיון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בונים טיעונים בעזרת בונה הטיעונים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מקיימים את הדיון בזירה עם טיימר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השופטים מכריעים מי שכנע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עורכים הצבעה וקו דעות אחרי הדיון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טענה ברורה עם נימוק הגיוני התומך בה, בהתאם למבנה טענה-נימוק.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נימוק, ראיה, דוגמה, מענה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מתווכחים על רעיונות ולא על אנשים / מקשיבים עד הסוף / מותר לשנות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להבין את הצד השני ולהגיב בצורה מדויקת ומכבדת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בדוגמת הנושא על אתרי טבע ולתרגל עליו את כל התרגילים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לזוגות עבור חלק הכתיבה והמענה כדי לתרגל הקשבה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להוריד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זירת הדיבייט – מתווכחים בכבוד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זירת הדיבייט היא מרחב ללמידה על ויכוח מכבד - איך בונים טיעון, איך מקשיבים לצד השני ואיך משתתפים בדיון מסודר עם תפקידים וזמן.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הזירה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בתחילת הדיון בזירה?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מגרילים נושא וצד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בוחרים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נושאים יש בבנק הנושאים של הזירה?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כולל בונה הטיעונים?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טענה, נימוק, ראיה, דוגמה ומענה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שאלות אמריקאיות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לכמה קבוצות אפשר לבנות עץ טורניר?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או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 או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כוללות קלפי השיח?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חימום, העמקה ורפלקציה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בזירת הדיבייט מתווכחים על אנשים ולא על רעיונות.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לשנות דעה במהלך הדיון, וזה סימן לחשיבה טובה.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להקשיב עד הסוף ולשקף לפני שעונים.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בזירה אין תפקידים כמו שופטים ושומרי זמן.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בבונה הטיעונים יש חמישה חלקים: טענה, נימוק, __________, דוגמה ומענה.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בזירה משתמשים ב__________ כדי לתחם את זמן הדיבור של כל צד.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הדיון ואחריו עורכים __________ כדי לבדוק אם דעות השתנו.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הטורניר בנוי כעץ טורניר ל-4 או __________ קבוצות.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הסבר למה הטענה נכונה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הרעיון המרכזי שרוצים לשכנע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ראיה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מקרה אמיתי שממחיש את הטענה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תגובה לטיעון של הצד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מידע או נתון שתומך בטענה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הדיון בזירה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השופטים מכריעים מי שכנע 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עורכים הצבעה וקו דעות אחרי הדיון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בונים טיעונים בעזרת בונה הטיעונים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מקיימים את הדיון בזירה עם טיימר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מגרילים נושא וצד לדיון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טענה אחת בעד או נגד הנושא: צריך להגביל את מספר המבקרים באתרי טבע. הוסיפו נימוק קצר.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חמשת חלקי בונה הטיעונים?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אחד משלושת כללי הזירה?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להקשיב לפני שעונים בוויכוח?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זירת הדיבייט – מתווכחים בכבוד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